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E5D46" w14:textId="77777777" w:rsidR="00457ADD" w:rsidRPr="00642715" w:rsidRDefault="00000000">
      <w:pPr>
        <w:jc w:val="right"/>
        <w:rPr>
          <w:rFonts w:asciiTheme="majorHAnsi" w:hAnsiTheme="majorHAnsi" w:cstheme="majorHAnsi"/>
          <w:color w:val="auto"/>
          <w:lang w:val="lv-LV"/>
        </w:rPr>
      </w:pPr>
      <w:r w:rsidRPr="00642715">
        <w:rPr>
          <w:rFonts w:asciiTheme="majorHAnsi" w:hAnsiTheme="majorHAnsi" w:cstheme="majorHAnsi"/>
          <w:b/>
          <w:color w:val="auto"/>
          <w:sz w:val="18"/>
          <w:lang w:val="lv-LV"/>
        </w:rPr>
        <w:t>BIEDRĪBA KIRA  |  VIAA 2026/5/pl/38</w:t>
      </w:r>
    </w:p>
    <w:p w14:paraId="1A88B2E3" w14:textId="6562C436" w:rsidR="00642715" w:rsidRPr="00642715" w:rsidRDefault="00642715" w:rsidP="00642715">
      <w:pPr>
        <w:jc w:val="center"/>
        <w:rPr>
          <w:rFonts w:asciiTheme="majorHAnsi" w:hAnsiTheme="majorHAnsi" w:cstheme="majorHAnsi"/>
          <w:b/>
          <w:color w:val="auto"/>
          <w:sz w:val="36"/>
          <w:lang w:val="lv-LV"/>
        </w:rPr>
      </w:pPr>
      <w:r w:rsidRPr="00642715">
        <w:rPr>
          <w:rFonts w:asciiTheme="majorHAnsi" w:hAnsiTheme="majorHAnsi" w:cstheme="majorHAnsi"/>
          <w:noProof/>
          <w:color w:val="auto"/>
          <w:lang w:val="lv-LV"/>
        </w:rPr>
        <w:drawing>
          <wp:inline distT="0" distB="0" distL="0" distR="0" wp14:anchorId="6245C4EC" wp14:editId="2216F286">
            <wp:extent cx="1280160" cy="1002211"/>
            <wp:effectExtent l="0" t="0" r="0" b="7620"/>
            <wp:docPr id="2105201181" name="Attēls 1" descr="Приложение пользова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ожение пользователя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6" r="44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797" cy="1006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D122E" w14:textId="02FF6314" w:rsidR="00457ADD" w:rsidRPr="00642715" w:rsidRDefault="00000000" w:rsidP="00642715">
      <w:pPr>
        <w:jc w:val="center"/>
        <w:rPr>
          <w:rFonts w:asciiTheme="majorHAnsi" w:hAnsiTheme="majorHAnsi" w:cstheme="majorHAnsi"/>
          <w:color w:val="auto"/>
          <w:lang w:val="lv-LV"/>
        </w:rPr>
      </w:pPr>
      <w:r w:rsidRPr="00642715">
        <w:rPr>
          <w:rFonts w:asciiTheme="majorHAnsi" w:hAnsiTheme="majorHAnsi" w:cstheme="majorHAnsi"/>
          <w:b/>
          <w:color w:val="auto"/>
          <w:sz w:val="36"/>
          <w:lang w:val="lv-LV"/>
        </w:rPr>
        <w:t>NORISES PIETEIKUMS UN SASKAŅOJUMS</w:t>
      </w:r>
    </w:p>
    <w:p w14:paraId="7AAB109A" w14:textId="333BB694" w:rsidR="00457ADD" w:rsidRPr="00642715" w:rsidRDefault="00000000">
      <w:pPr>
        <w:rPr>
          <w:rFonts w:asciiTheme="majorHAnsi" w:hAnsiTheme="majorHAnsi" w:cstheme="majorHAnsi"/>
          <w:color w:val="auto"/>
          <w:lang w:val="lv-LV"/>
        </w:rPr>
      </w:pPr>
      <w:r w:rsidRPr="00642715">
        <w:rPr>
          <w:rFonts w:asciiTheme="majorHAnsi" w:hAnsiTheme="majorHAnsi" w:cstheme="majorHAnsi"/>
          <w:color w:val="auto"/>
          <w:lang w:val="lv-LV"/>
        </w:rPr>
        <w:t xml:space="preserve"> “STEM un pilsoniskās līdzdalības norises plašākai izglītības pieredzei un karjeras izvēlei” (Nr. 4.2.2.1/1/25/I/001)</w:t>
      </w:r>
    </w:p>
    <w:tbl>
      <w:tblPr>
        <w:tblStyle w:val="Reatabula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6236"/>
      </w:tblGrid>
      <w:tr w:rsidR="00457ADD" w:rsidRPr="00642715" w14:paraId="20FBA83C" w14:textId="77777777">
        <w:tc>
          <w:tcPr>
            <w:tcW w:w="2835" w:type="dxa"/>
            <w:shd w:val="clear" w:color="auto" w:fill="E8F3F6"/>
          </w:tcPr>
          <w:p w14:paraId="0FA8DEE8" w14:textId="77777777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Norise</w:t>
            </w:r>
          </w:p>
        </w:tc>
        <w:tc>
          <w:tcPr>
            <w:tcW w:w="6236" w:type="dxa"/>
          </w:tcPr>
          <w:p w14:paraId="5C7C209A" w14:textId="6B10DBE3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“Klikšķis ar sekām”</w:t>
            </w:r>
            <w:r w:rsidR="00642715" w:rsidRPr="00642715">
              <w:rPr>
                <w:rFonts w:asciiTheme="majorHAnsi" w:hAnsiTheme="majorHAnsi" w:cstheme="majorHAnsi"/>
                <w:color w:val="auto"/>
                <w:lang w:val="lv-LV"/>
              </w:rPr>
              <w:t xml:space="preserve"> - </w:t>
            </w: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 xml:space="preserve"> 2026/5/pl/38</w:t>
            </w:r>
          </w:p>
        </w:tc>
      </w:tr>
      <w:tr w:rsidR="00457ADD" w:rsidRPr="00642715" w14:paraId="56C1A040" w14:textId="77777777">
        <w:tc>
          <w:tcPr>
            <w:tcW w:w="2835" w:type="dxa"/>
            <w:shd w:val="clear" w:color="auto" w:fill="E8F3F6"/>
          </w:tcPr>
          <w:p w14:paraId="7171DC09" w14:textId="77777777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Īstenotājs</w:t>
            </w:r>
          </w:p>
        </w:tc>
        <w:tc>
          <w:tcPr>
            <w:tcW w:w="6236" w:type="dxa"/>
          </w:tcPr>
          <w:p w14:paraId="38134818" w14:textId="77777777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Biedrība KIRA</w:t>
            </w:r>
          </w:p>
        </w:tc>
      </w:tr>
      <w:tr w:rsidR="00457ADD" w:rsidRPr="00642715" w14:paraId="5B39C7CD" w14:textId="77777777">
        <w:tc>
          <w:tcPr>
            <w:tcW w:w="2835" w:type="dxa"/>
            <w:shd w:val="clear" w:color="auto" w:fill="E8F3F6"/>
          </w:tcPr>
          <w:p w14:paraId="5D2DA7CA" w14:textId="77777777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proofErr w:type="spellStart"/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Mērķgrupa</w:t>
            </w:r>
            <w:proofErr w:type="spellEnd"/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 xml:space="preserve"> / ilgums</w:t>
            </w:r>
          </w:p>
        </w:tc>
        <w:tc>
          <w:tcPr>
            <w:tcW w:w="6236" w:type="dxa"/>
          </w:tcPr>
          <w:p w14:paraId="3B8AE9D8" w14:textId="77777777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7.–9. klase; 90 minūtes</w:t>
            </w:r>
          </w:p>
        </w:tc>
      </w:tr>
      <w:tr w:rsidR="00457ADD" w:rsidRPr="00642715" w14:paraId="3CC35BF3" w14:textId="77777777">
        <w:tc>
          <w:tcPr>
            <w:tcW w:w="2835" w:type="dxa"/>
            <w:shd w:val="clear" w:color="auto" w:fill="E8F3F6"/>
          </w:tcPr>
          <w:p w14:paraId="52B2F67D" w14:textId="77777777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Izglītības iestāde</w:t>
            </w:r>
          </w:p>
        </w:tc>
        <w:tc>
          <w:tcPr>
            <w:tcW w:w="6236" w:type="dxa"/>
          </w:tcPr>
          <w:p w14:paraId="36A6EC48" w14:textId="00D08609" w:rsidR="00457ADD" w:rsidRPr="00642715" w:rsidRDefault="00457ADD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</w:p>
        </w:tc>
      </w:tr>
      <w:tr w:rsidR="00457ADD" w:rsidRPr="00642715" w14:paraId="0A1168A3" w14:textId="77777777">
        <w:tc>
          <w:tcPr>
            <w:tcW w:w="2835" w:type="dxa"/>
            <w:shd w:val="clear" w:color="auto" w:fill="E8F3F6"/>
          </w:tcPr>
          <w:p w14:paraId="2DAB524B" w14:textId="77777777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Klase / klašu grupas</w:t>
            </w:r>
          </w:p>
        </w:tc>
        <w:tc>
          <w:tcPr>
            <w:tcW w:w="6236" w:type="dxa"/>
          </w:tcPr>
          <w:p w14:paraId="2080D8FF" w14:textId="5AB2B067" w:rsidR="00457ADD" w:rsidRPr="00642715" w:rsidRDefault="00457ADD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</w:p>
        </w:tc>
      </w:tr>
      <w:tr w:rsidR="00457ADD" w:rsidRPr="00642715" w14:paraId="76010FCE" w14:textId="77777777">
        <w:tc>
          <w:tcPr>
            <w:tcW w:w="2835" w:type="dxa"/>
            <w:shd w:val="clear" w:color="auto" w:fill="E8F3F6"/>
          </w:tcPr>
          <w:p w14:paraId="58E7D8F4" w14:textId="77777777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Plānotais skolēnu skaits</w:t>
            </w:r>
          </w:p>
        </w:tc>
        <w:tc>
          <w:tcPr>
            <w:tcW w:w="6236" w:type="dxa"/>
          </w:tcPr>
          <w:p w14:paraId="517AFB21" w14:textId="142654E9" w:rsidR="00457ADD" w:rsidRPr="00642715" w:rsidRDefault="00457ADD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</w:p>
        </w:tc>
      </w:tr>
      <w:tr w:rsidR="00457ADD" w:rsidRPr="00642715" w14:paraId="30613A42" w14:textId="77777777">
        <w:tc>
          <w:tcPr>
            <w:tcW w:w="2835" w:type="dxa"/>
            <w:shd w:val="clear" w:color="auto" w:fill="E8F3F6"/>
          </w:tcPr>
          <w:p w14:paraId="21C8447A" w14:textId="77777777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Datums / laiks</w:t>
            </w:r>
          </w:p>
        </w:tc>
        <w:tc>
          <w:tcPr>
            <w:tcW w:w="6236" w:type="dxa"/>
          </w:tcPr>
          <w:p w14:paraId="1AF7D2DD" w14:textId="1D942665" w:rsidR="00457ADD" w:rsidRPr="00642715" w:rsidRDefault="00457ADD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</w:p>
        </w:tc>
      </w:tr>
      <w:tr w:rsidR="00457ADD" w:rsidRPr="00642715" w14:paraId="69CFA0EF" w14:textId="77777777">
        <w:tc>
          <w:tcPr>
            <w:tcW w:w="2835" w:type="dxa"/>
            <w:shd w:val="clear" w:color="auto" w:fill="E8F3F6"/>
          </w:tcPr>
          <w:p w14:paraId="1D04C4E1" w14:textId="77777777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Norises adrese</w:t>
            </w:r>
          </w:p>
        </w:tc>
        <w:tc>
          <w:tcPr>
            <w:tcW w:w="6236" w:type="dxa"/>
          </w:tcPr>
          <w:p w14:paraId="5B01A97A" w14:textId="5791A990" w:rsidR="00457ADD" w:rsidRPr="00642715" w:rsidRDefault="00457ADD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</w:p>
        </w:tc>
      </w:tr>
      <w:tr w:rsidR="00457ADD" w:rsidRPr="00642715" w14:paraId="4A29AD27" w14:textId="77777777">
        <w:tc>
          <w:tcPr>
            <w:tcW w:w="2835" w:type="dxa"/>
            <w:shd w:val="clear" w:color="auto" w:fill="E8F3F6"/>
          </w:tcPr>
          <w:p w14:paraId="5D5DD514" w14:textId="77777777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Atbildīgais pedagogs / tālrunis</w:t>
            </w:r>
          </w:p>
        </w:tc>
        <w:tc>
          <w:tcPr>
            <w:tcW w:w="6236" w:type="dxa"/>
          </w:tcPr>
          <w:p w14:paraId="73C43B73" w14:textId="0A22CDFC" w:rsidR="00457ADD" w:rsidRPr="00642715" w:rsidRDefault="00457ADD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</w:p>
        </w:tc>
      </w:tr>
      <w:tr w:rsidR="00457ADD" w:rsidRPr="00642715" w14:paraId="6717C061" w14:textId="77777777">
        <w:tc>
          <w:tcPr>
            <w:tcW w:w="2835" w:type="dxa"/>
            <w:shd w:val="clear" w:color="auto" w:fill="E8F3F6"/>
          </w:tcPr>
          <w:p w14:paraId="0F748C66" w14:textId="77777777" w:rsidR="00642715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Rēķina apmaksātājs</w:t>
            </w:r>
            <w:r w:rsidR="00642715" w:rsidRPr="00642715">
              <w:rPr>
                <w:rFonts w:asciiTheme="majorHAnsi" w:hAnsiTheme="majorHAnsi" w:cstheme="majorHAnsi"/>
                <w:color w:val="auto"/>
                <w:lang w:val="lv-LV"/>
              </w:rPr>
              <w:t xml:space="preserve"> </w:t>
            </w:r>
          </w:p>
          <w:p w14:paraId="3BE48D1B" w14:textId="3A9C0B91" w:rsidR="00457ADD" w:rsidRPr="00642715" w:rsidRDefault="00642715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Iestāde / pašvaldība</w:t>
            </w:r>
          </w:p>
        </w:tc>
        <w:tc>
          <w:tcPr>
            <w:tcW w:w="6236" w:type="dxa"/>
          </w:tcPr>
          <w:p w14:paraId="4A0619C7" w14:textId="053AECEA" w:rsidR="00457ADD" w:rsidRPr="00642715" w:rsidRDefault="00457ADD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</w:p>
        </w:tc>
      </w:tr>
      <w:tr w:rsidR="00457ADD" w:rsidRPr="00642715" w14:paraId="0E916F3D" w14:textId="77777777">
        <w:tc>
          <w:tcPr>
            <w:tcW w:w="2835" w:type="dxa"/>
            <w:shd w:val="clear" w:color="auto" w:fill="E8F3F6"/>
          </w:tcPr>
          <w:p w14:paraId="432D79EA" w14:textId="77777777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Apmaksātāja rekvizīti</w:t>
            </w:r>
          </w:p>
          <w:p w14:paraId="164F6366" w14:textId="77777777" w:rsidR="00642715" w:rsidRPr="00642715" w:rsidRDefault="00642715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Reģistrācijas numurs</w:t>
            </w:r>
          </w:p>
          <w:p w14:paraId="153C4852" w14:textId="0E490A08" w:rsidR="00642715" w:rsidRPr="00642715" w:rsidRDefault="00642715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Adrese</w:t>
            </w:r>
          </w:p>
        </w:tc>
        <w:tc>
          <w:tcPr>
            <w:tcW w:w="6236" w:type="dxa"/>
          </w:tcPr>
          <w:p w14:paraId="44AF27AA" w14:textId="09D6C843" w:rsidR="00457ADD" w:rsidRPr="00642715" w:rsidRDefault="00457ADD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</w:p>
        </w:tc>
      </w:tr>
      <w:tr w:rsidR="00457ADD" w:rsidRPr="00642715" w14:paraId="29EB0306" w14:textId="77777777">
        <w:tc>
          <w:tcPr>
            <w:tcW w:w="2835" w:type="dxa"/>
            <w:shd w:val="clear" w:color="auto" w:fill="E8F3F6"/>
          </w:tcPr>
          <w:p w14:paraId="7C653FC3" w14:textId="171E8B68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E-rēķina kanāls / e-adrese</w:t>
            </w:r>
          </w:p>
        </w:tc>
        <w:tc>
          <w:tcPr>
            <w:tcW w:w="6236" w:type="dxa"/>
          </w:tcPr>
          <w:p w14:paraId="534C1C6A" w14:textId="0FCD5DA7" w:rsidR="00457ADD" w:rsidRPr="00642715" w:rsidRDefault="00457ADD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</w:p>
        </w:tc>
      </w:tr>
      <w:tr w:rsidR="00457ADD" w:rsidRPr="00642715" w14:paraId="70C3D585" w14:textId="77777777">
        <w:tc>
          <w:tcPr>
            <w:tcW w:w="2835" w:type="dxa"/>
            <w:shd w:val="clear" w:color="auto" w:fill="E8F3F6"/>
          </w:tcPr>
          <w:p w14:paraId="37DFC1F7" w14:textId="77777777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Cena par dalībnieku</w:t>
            </w:r>
          </w:p>
        </w:tc>
        <w:tc>
          <w:tcPr>
            <w:tcW w:w="6236" w:type="dxa"/>
          </w:tcPr>
          <w:p w14:paraId="1E20F0D5" w14:textId="77777777" w:rsidR="00457ADD" w:rsidRPr="00642715" w:rsidRDefault="00000000">
            <w:pPr>
              <w:rPr>
                <w:rFonts w:asciiTheme="majorHAnsi" w:hAnsiTheme="majorHAnsi" w:cstheme="majorHAnsi"/>
                <w:color w:val="auto"/>
                <w:lang w:val="lv-LV"/>
              </w:rPr>
            </w:pPr>
            <w:r w:rsidRPr="00642715">
              <w:rPr>
                <w:rFonts w:asciiTheme="majorHAnsi" w:hAnsiTheme="majorHAnsi" w:cstheme="majorHAnsi"/>
                <w:color w:val="auto"/>
                <w:lang w:val="lv-LV"/>
              </w:rPr>
              <w:t>□ 8,00 EUR (BJC)   □ 10,00 EUR (izglītības iestādē)</w:t>
            </w:r>
          </w:p>
        </w:tc>
      </w:tr>
    </w:tbl>
    <w:p w14:paraId="057B963A" w14:textId="77777777" w:rsidR="00457ADD" w:rsidRPr="00642715" w:rsidRDefault="00457ADD">
      <w:pPr>
        <w:rPr>
          <w:rFonts w:asciiTheme="majorHAnsi" w:hAnsiTheme="majorHAnsi" w:cstheme="majorHAnsi"/>
          <w:color w:val="auto"/>
          <w:lang w:val="lv-LV"/>
        </w:rPr>
      </w:pPr>
    </w:p>
    <w:p w14:paraId="713EDCB3" w14:textId="77777777" w:rsidR="00457ADD" w:rsidRPr="00642715" w:rsidRDefault="00000000">
      <w:pPr>
        <w:pStyle w:val="Virsraksts2"/>
        <w:rPr>
          <w:rFonts w:cstheme="majorHAnsi"/>
          <w:color w:val="auto"/>
          <w:lang w:val="lv-LV"/>
        </w:rPr>
      </w:pPr>
      <w:r w:rsidRPr="00642715">
        <w:rPr>
          <w:rFonts w:cstheme="majorHAnsi"/>
          <w:color w:val="auto"/>
          <w:lang w:val="lv-LV"/>
        </w:rPr>
        <w:t>Saskaņojamie nosacījumi</w:t>
      </w:r>
    </w:p>
    <w:p w14:paraId="13A5B09F" w14:textId="449C19CA" w:rsidR="00457ADD" w:rsidRPr="00642715" w:rsidRDefault="00000000">
      <w:pPr>
        <w:rPr>
          <w:rFonts w:asciiTheme="majorHAnsi" w:hAnsiTheme="majorHAnsi" w:cstheme="majorHAnsi"/>
          <w:color w:val="auto"/>
          <w:lang w:val="lv-LV"/>
        </w:rPr>
      </w:pPr>
      <w:r w:rsidRPr="00642715">
        <w:rPr>
          <w:rFonts w:asciiTheme="majorHAnsi" w:hAnsiTheme="majorHAnsi" w:cstheme="majorHAnsi"/>
          <w:color w:val="auto"/>
          <w:lang w:val="lv-LV"/>
        </w:rPr>
        <w:t>Norise tiek īstenota atbilstoši VIAA apstiprinātajam aprakstam. Precīzo rēķina summu nosaka pēc savstarpēji apstiprinātā apmaksājamā dalībnieku skaita. Dalībnieku skaita izmaiņas, norises pārcelšana un atcelšana saskaņojama rakstiski</w:t>
      </w:r>
      <w:r w:rsidR="00642715" w:rsidRPr="00642715">
        <w:rPr>
          <w:rFonts w:asciiTheme="majorHAnsi" w:hAnsiTheme="majorHAnsi" w:cstheme="majorHAnsi"/>
          <w:color w:val="auto"/>
          <w:lang w:val="lv-LV"/>
        </w:rPr>
        <w:t xml:space="preserve"> uz e-pastu  </w:t>
      </w:r>
      <w:hyperlink r:id="rId7" w:history="1">
        <w:r w:rsidR="00642715" w:rsidRPr="00642715">
          <w:rPr>
            <w:rStyle w:val="Hipersaite"/>
            <w:rFonts w:asciiTheme="majorHAnsi" w:hAnsiTheme="majorHAnsi" w:cstheme="majorHAnsi"/>
            <w:lang w:val="lv-LV"/>
          </w:rPr>
          <w:t>kira_ludza@inbox.lv</w:t>
        </w:r>
      </w:hyperlink>
    </w:p>
    <w:p w14:paraId="439748FC" w14:textId="77777777" w:rsidR="00642715" w:rsidRPr="00642715" w:rsidRDefault="00642715">
      <w:pPr>
        <w:rPr>
          <w:rFonts w:asciiTheme="majorHAnsi" w:hAnsiTheme="majorHAnsi" w:cstheme="majorHAnsi"/>
          <w:color w:val="auto"/>
          <w:lang w:val="lv-LV"/>
        </w:rPr>
      </w:pPr>
    </w:p>
    <w:p w14:paraId="75889884" w14:textId="77777777" w:rsidR="00457ADD" w:rsidRPr="00642715" w:rsidRDefault="00000000">
      <w:pPr>
        <w:rPr>
          <w:rFonts w:asciiTheme="majorHAnsi" w:hAnsiTheme="majorHAnsi" w:cstheme="majorHAnsi"/>
          <w:color w:val="auto"/>
          <w:lang w:val="lv-LV"/>
        </w:rPr>
      </w:pPr>
      <w:r w:rsidRPr="00642715">
        <w:rPr>
          <w:rFonts w:asciiTheme="majorHAnsi" w:hAnsiTheme="majorHAnsi" w:cstheme="majorHAnsi"/>
          <w:color w:val="auto"/>
          <w:lang w:val="lv-LV"/>
        </w:rPr>
        <w:t>Skolas pārstāvis: _________________________        Datums: ______________</w:t>
      </w:r>
    </w:p>
    <w:p w14:paraId="7BA202C7" w14:textId="77777777" w:rsidR="00642715" w:rsidRPr="00642715" w:rsidRDefault="00642715">
      <w:pPr>
        <w:rPr>
          <w:rFonts w:asciiTheme="majorHAnsi" w:hAnsiTheme="majorHAnsi" w:cstheme="majorHAnsi"/>
          <w:color w:val="auto"/>
          <w:lang w:val="lv-LV"/>
        </w:rPr>
      </w:pPr>
    </w:p>
    <w:p w14:paraId="144FF837" w14:textId="77777777" w:rsidR="00457ADD" w:rsidRPr="00642715" w:rsidRDefault="00000000">
      <w:pPr>
        <w:rPr>
          <w:rFonts w:asciiTheme="majorHAnsi" w:hAnsiTheme="majorHAnsi" w:cstheme="majorHAnsi"/>
          <w:color w:val="auto"/>
          <w:lang w:val="lv-LV"/>
        </w:rPr>
      </w:pPr>
      <w:r w:rsidRPr="00642715">
        <w:rPr>
          <w:rFonts w:asciiTheme="majorHAnsi" w:hAnsiTheme="majorHAnsi" w:cstheme="majorHAnsi"/>
          <w:color w:val="auto"/>
          <w:lang w:val="lv-LV"/>
        </w:rPr>
        <w:t>Biedrības KIRA pārstāvis: _________________________        Datums: ______________</w:t>
      </w:r>
    </w:p>
    <w:sectPr w:rsidR="00457ADD" w:rsidRPr="00642715" w:rsidSect="00034616">
      <w:pgSz w:w="12240" w:h="15840"/>
      <w:pgMar w:top="1077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2324627">
    <w:abstractNumId w:val="8"/>
  </w:num>
  <w:num w:numId="2" w16cid:durableId="898591049">
    <w:abstractNumId w:val="6"/>
  </w:num>
  <w:num w:numId="3" w16cid:durableId="251282418">
    <w:abstractNumId w:val="5"/>
  </w:num>
  <w:num w:numId="4" w16cid:durableId="6373899">
    <w:abstractNumId w:val="4"/>
  </w:num>
  <w:num w:numId="5" w16cid:durableId="2020421514">
    <w:abstractNumId w:val="7"/>
  </w:num>
  <w:num w:numId="6" w16cid:durableId="540214204">
    <w:abstractNumId w:val="3"/>
  </w:num>
  <w:num w:numId="7" w16cid:durableId="1223714536">
    <w:abstractNumId w:val="2"/>
  </w:num>
  <w:num w:numId="8" w16cid:durableId="424420852">
    <w:abstractNumId w:val="1"/>
  </w:num>
  <w:num w:numId="9" w16cid:durableId="110899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2858"/>
    <w:rsid w:val="00326F90"/>
    <w:rsid w:val="00457ADD"/>
    <w:rsid w:val="0064271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5A3EAF"/>
  <w14:defaultImageDpi w14:val="300"/>
  <w15:docId w15:val="{30045D66-E2AF-476F-9184-EB5B28B6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693F"/>
    <w:pPr>
      <w:spacing w:after="100"/>
    </w:pPr>
    <w:rPr>
      <w:rFonts w:ascii="Aptos" w:hAnsi="Aptos"/>
      <w:color w:val="153753"/>
      <w:sz w:val="21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saite">
    <w:name w:val="Hyperlink"/>
    <w:basedOn w:val="Noklusjumarindkopasfonts"/>
    <w:uiPriority w:val="99"/>
    <w:unhideWhenUsed/>
    <w:rsid w:val="00642715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642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ira_ludza@inbox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37129372738</cp:lastModifiedBy>
  <cp:revision>2</cp:revision>
  <dcterms:created xsi:type="dcterms:W3CDTF">2026-10-29T17:13:00Z</dcterms:created>
  <dcterms:modified xsi:type="dcterms:W3CDTF">2026-10-29T17:13:00Z</dcterms:modified>
  <cp:category/>
</cp:coreProperties>
</file>